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Student Data Support Analyst</w:t>
      </w:r>
    </w:p>
    <w:p>
      <w:pPr>
        <w:spacing w:after="240"/>
      </w:pPr>
      <w:r>
        <w:rPr>
          <w:rFonts w:ascii="Aptos" w:hAnsi="Aptos"/>
          <w:b/>
          <w:color w:val="66747A"/>
          <w:sz w:val="24"/>
        </w:rPr>
        <w:t>Frontline Data Support, Problem Resolution, and User Enablement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Student Data Support Analyst provides responsive support, troubleshooting, documentation, training, data correction guidance, and escalation for student-data processes and systems.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research, finance, or a related field; additional relevant experience may substitute as permitted by district policy.</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frontline data support,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student-information, enrollment, attendance, grading, scheduling, program, assessment, reporting, ticketing, and knowledge systems.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student-information, enrollment, attendance, grading, scheduling, program, assessment, reporting, ticketing, and knowledge systems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students, families, teachers, counselors, registrars, school office staff, program teams, analysts, system administrators, and vendors;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frontline data support</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teachers, counselors, registrars, school office staff, program teams, analysts, system administrators, and vendors.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Student Data Support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Student Data Support Analyst</dc:title>
  <dc:subject>Customizable school district Student Data Support Analyst job description</dc:subject>
  <dc:creator>School Data Leadership Association</dc:creator>
  <cp:keywords>Student Data Support Analyst,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