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Educational Technology Coordinator</w:t>
      </w:r>
    </w:p>
    <w:p>
      <w:pPr>
        <w:spacing w:after="240"/>
      </w:pPr>
      <w:r>
        <w:rPr>
          <w:rFonts w:ascii="Aptos" w:hAnsi="Aptos"/>
          <w:b/>
          <w:color w:val="66747A"/>
          <w:sz w:val="24"/>
        </w:rPr>
        <w:t>Instructional Technology Strategy, Implementation, and Professional Learning</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Educational Technology Coordinator coordinates district educational-technology strategy, instructional implementation, professional learning, and cross-functional governance.</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education, curriculum and instruction,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instructional technology strategy,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instructional technology, learning-management, digital-content, classroom, collaboration, and assessment systems.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instructional technology, learning-management, digital-content, classroom, collaboration, and assessment systems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students, families, educators, site leaders, curriculum, libraries, special programs, technology teams, and vendors;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instructional technology strategy</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educators, site leaders, curriculum, libraries, special programs, technology teams, and vendors.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Educational Technology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Educational Technology Coordinator</dc:title>
  <dc:subject>Customizable school district Educational Technology Coordinator job description</dc:subject>
  <dc:creator>School Data Leadership Association</dc:creator>
  <cp:keywords>Educational Technology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