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Technician</w:t>
      </w:r>
    </w:p>
    <w:p>
      <w:pPr>
        <w:spacing w:after="240"/>
      </w:pPr>
      <w:r>
        <w:rPr>
          <w:rFonts w:ascii="Aptos" w:hAnsi="Aptos"/>
          <w:b/>
          <w:color w:val="66747A"/>
          <w:sz w:val="24"/>
        </w:rPr>
        <w:t>Data Processing, Validation, and Operational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Technician performs accurate, timely, secure data entry, processing, validation, correction, reporting, and user support for assigned district systems and programs.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Data, information systems, accountability, program, or business-services supervisor.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High school diploma or equivalent plus college coursework or technical training in information systems, data processing, business, statistics, or a related field.</w:t>
      </w:r>
    </w:p>
    <w:p>
      <w:pPr>
        <w:pStyle w:val="ListBullet"/>
        <w:keepLines/>
      </w:pPr>
      <w:r>
        <w:t>No specific credential is universally required; relevant software, data, privacy, records, or technical certification is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Experience with detailed data entry, records, spreadsheets, databases, reports, customer support, or deadline-driven administrative processing.</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experience with student, assessment, attendance, enrollment, program, HR, finance, or state-reporting data and basic SQL or reporting tools.</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Data Entry and Processing</w:t>
      </w:r>
    </w:p>
    <w:p>
      <w:pPr>
        <w:pStyle w:val="ListBullet"/>
        <w:keepLines/>
      </w:pPr>
      <w:r>
        <w:t>Enter, update, import, export, and process assigned records in accordance with approved definitions, source documentation, calendars, and controls.</w:t>
      </w:r>
    </w:p>
    <w:p>
      <w:pPr>
        <w:pStyle w:val="ListBullet"/>
        <w:keepLines/>
      </w:pPr>
      <w:r>
        <w:t>Review work queues, forms, files, and system notifications; track status and complete assigned recurring and ad hoc processing.</w:t>
      </w:r>
    </w:p>
    <w:p>
      <w:pPr>
        <w:pStyle w:val="ListBullet"/>
        <w:keepLines/>
      </w:pPr>
      <w:r>
        <w:t>Maintain organized supporting records and do not make unauthorized program, eligibility, classification, or policy decisions.</w:t>
      </w:r>
    </w:p>
    <w:p>
      <w:pPr>
        <w:pStyle w:val="Heading2"/>
        <w:keepNext/>
      </w:pPr>
      <w:r>
        <w:t>Validation and Correction</w:t>
      </w:r>
    </w:p>
    <w:p>
      <w:pPr>
        <w:pStyle w:val="ListBullet"/>
        <w:keepLines/>
      </w:pPr>
      <w:r>
        <w:t>Run validation, exception, duplicate, completeness, and reconciliation reports before and after processing.</w:t>
      </w:r>
    </w:p>
    <w:p>
      <w:pPr>
        <w:pStyle w:val="ListBullet"/>
        <w:keepLines/>
      </w:pPr>
      <w:r>
        <w:t>Research discrepancies using authorized source records; correct within delegated authority and route other issues to responsible owners.</w:t>
      </w:r>
    </w:p>
    <w:p>
      <w:pPr>
        <w:pStyle w:val="ListBullet"/>
        <w:keepLines/>
      </w:pPr>
      <w:r>
        <w:t>Document material corrections, approvals, unresolved exceptions, and evidence that downstream results were verified.</w:t>
      </w:r>
    </w:p>
    <w:p>
      <w:pPr>
        <w:pStyle w:val="Heading2"/>
        <w:keepNext/>
      </w:pPr>
      <w:r>
        <w:t>Reporting and User Support</w:t>
      </w:r>
    </w:p>
    <w:p>
      <w:pPr>
        <w:pStyle w:val="ListBullet"/>
        <w:keepLines/>
      </w:pPr>
      <w:r>
        <w:t>Prepare routine extracts, lists, reports, labels, files, and summaries for authorized users using approved templates and filters.</w:t>
      </w:r>
    </w:p>
    <w:p>
      <w:pPr>
        <w:pStyle w:val="ListBullet"/>
        <w:keepLines/>
      </w:pPr>
      <w:r>
        <w:t>Respond to user questions, clarify procedures, reproduce errors, record tickets, and escalate system or policy issues with useful evidence.</w:t>
      </w:r>
    </w:p>
    <w:p>
      <w:pPr>
        <w:pStyle w:val="ListBullet"/>
        <w:keepLines/>
      </w:pPr>
      <w:r>
        <w:t>Assist with deadlines, audits, testing, school-year rollover, and special projects as assigned.</w:t>
      </w:r>
    </w:p>
    <w:p>
      <w:pPr>
        <w:pStyle w:val="Heading2"/>
        <w:keepNext/>
      </w:pPr>
      <w:r>
        <w:t>Privacy, Documentation, and Continuity</w:t>
      </w:r>
    </w:p>
    <w:p>
      <w:pPr>
        <w:pStyle w:val="ListBullet"/>
        <w:keepLines/>
      </w:pPr>
      <w:r>
        <w:t>Apply least privilege, secure transmission, clean-desk, approved storage, retention, and incident-reporting practices.</w:t>
      </w:r>
    </w:p>
    <w:p>
      <w:pPr>
        <w:pStyle w:val="ListBullet"/>
        <w:keepLines/>
      </w:pPr>
      <w:r>
        <w:t>Maintain current procedures, calendars, checklists, file specifications, contacts, known issues, and cross-training materials.</w:t>
      </w:r>
    </w:p>
    <w:p>
      <w:pPr>
        <w:pStyle w:val="ListBullet"/>
        <w:keepLines/>
      </w:pPr>
      <w:r>
        <w:t>Identify recurring errors and suggest source-process or control improvements;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Data-entry, validation, correction, reconciliation, reporting, records, spreadsheets, databases, and office procedures</w:t>
      </w:r>
    </w:p>
    <w:p>
      <w:pPr>
        <w:pStyle w:val="ListBullet"/>
        <w:keepLines/>
      </w:pPr>
      <w:r>
        <w:t>Assigned K–12 data definitions, forms, calendars, systems, reports, error codes, quality checks, and escalation paths</w:t>
      </w:r>
    </w:p>
    <w:p>
      <w:pPr>
        <w:pStyle w:val="ListBullet"/>
        <w:keepLines/>
      </w:pPr>
      <w:r>
        <w:t>Confidentiality, student and employee privacy, role-based access, secure handling, records retention, and incident reporting</w:t>
      </w:r>
    </w:p>
    <w:p>
      <w:pPr>
        <w:pStyle w:val="ListBullet"/>
        <w:keepLines/>
      </w:pPr>
      <w:r>
        <w:t>Basic troubleshooting, customer service, ticketing, documentation, quality control, and time management</w:t>
      </w:r>
    </w:p>
    <w:p>
      <w:pPr>
        <w:pStyle w:val="Heading2"/>
        <w:keepNext/>
      </w:pPr>
      <w:r>
        <w:t>Ability to</w:t>
      </w:r>
    </w:p>
    <w:p>
      <w:pPr>
        <w:pStyle w:val="ListBullet"/>
        <w:keepLines/>
      </w:pPr>
      <w:r>
        <w:t>Enter and process high-volume detailed information accurately while meeting established deadlines</w:t>
      </w:r>
    </w:p>
    <w:p>
      <w:pPr>
        <w:pStyle w:val="ListBullet"/>
        <w:keepLines/>
      </w:pPr>
      <w:r>
        <w:t>Compare source records, system values, extracts, reports, and expected totals to identify discrepancies</w:t>
      </w:r>
    </w:p>
    <w:p>
      <w:pPr>
        <w:pStyle w:val="ListBullet"/>
        <w:keepLines/>
      </w:pPr>
      <w:r>
        <w:t>Follow documented procedures and recognize when an exception requires a steward, program owner, technical specialist, or supervisor</w:t>
      </w:r>
    </w:p>
    <w:p>
      <w:pPr>
        <w:pStyle w:val="ListBullet"/>
        <w:keepLines/>
      </w:pPr>
      <w:r>
        <w:t>Protect confidential information in screens, files, reports, email, shared storage, and support requests</w:t>
      </w:r>
    </w:p>
    <w:p>
      <w:pPr>
        <w:pStyle w:val="ListBullet"/>
        <w:keepLines/>
      </w:pPr>
      <w:r>
        <w:t>Communicate errors and correction needs clearly and respectfully to school and district employees</w:t>
      </w:r>
    </w:p>
    <w:p>
      <w:pPr>
        <w:pStyle w:val="ListBullet"/>
        <w:keepLines/>
      </w:pPr>
      <w:r>
        <w:t>Learn changing definitions, systems, calendars, and procedures and maintain organized evidence of completed work</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school offices, program staff, analysts, system administrators, supervisors, data stewards, and authorized external support.</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Technician</dc:title>
  <dc:subject>Customizable school district Data Technician job description</dc:subject>
  <dc:creator>School Data Leadership Association</dc:creator>
  <cp:keywords>Data Technician,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