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Cloud Systems Administrator</w:t>
      </w:r>
    </w:p>
    <w:p>
      <w:pPr>
        <w:spacing w:after="240"/>
      </w:pPr>
      <w:r>
        <w:rPr>
          <w:rFonts w:ascii="Aptos" w:hAnsi="Aptos"/>
          <w:b/>
          <w:color w:val="66747A"/>
          <w:sz w:val="24"/>
        </w:rPr>
        <w:t>Secure And Resilient Cloud Tenants, Identity, Infrastructure, Platforms, Automation, Monitoring, Backup, Recovery, Cost Governance, And Lifecycle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Cloud Systems Administrator administers and leads work supporting secure and resilient cloud tenants, identity, infrastructure, platforms, automation, monitoring, backup, recovery, cost governance, and lifecycle operations.</w:t>
      </w:r>
    </w:p>
    <w:p>
      <w:r>
        <w:t>The position applies cloud infrastructure and platform administration, identity, security, automation, cost governance, monitoring, backup, resilience, and lifecycle management across cloud tenants, identity and access, directories, virtual networks, compute, storage, databases, containers, serverless services, infrastructure as code, configuration, secrets, logging, monitoring, backup, security, cost, and service-management platforms. It establishes or follows clear ownership, validation, security, documentation, review, and escalation practices appropriate to the role’s assigned authority.</w:t>
      </w:r>
    </w:p>
    <w:p>
      <w:r>
        <w:t>The Cloud Systems Administrator collaborates with infrastructure, cybersecurity, application, database, integration, data, help-desk, procurement, privacy, business owners, vendors, and cloud service providers.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cloud infrastructure and platform administration, identity, security, automation, cost governance, monitoring, backup, resilience, and lifecycle management.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secure and resilient cloud tenants, identity, infrastructure, platforms, automation, monitoring, backup, recovery, cost governance, and lifecycle operations.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cloud tenants, identity and access, directories, virtual networks, compute, storage, databases, containers, serverless services, infrastructure as code, configuration, secrets, logging, monitoring, backup, security, cost, and service-management platforms.</w:t>
      </w:r>
    </w:p>
    <w:p>
      <w:pPr>
        <w:pStyle w:val="ListBullet"/>
        <w:keepLines/>
      </w:pPr>
      <w:r>
        <w:t>Experience partnering with infrastructure, cybersecurity, application, database, integration, data, help-desk, procurement, privacy, business owners, vendors, and cloud service providers.</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approved cloud tenants, subscriptions, accounts, resource groups, networks, compute, storage, platform services, policies, and operational tooling.</w:t>
      </w:r>
    </w:p>
    <w:p>
      <w:pPr>
        <w:pStyle w:val="ListBullet"/>
        <w:keepLines/>
      </w:pPr>
      <w:r>
        <w:t>Implement identity, privileged access, configuration baselines, encryption, secrets, logging, monitoring, backup, recovery, patching, vulnerability, and lifecycle controls.</w:t>
      </w:r>
    </w:p>
    <w:p>
      <w:pPr>
        <w:pStyle w:val="ListBullet"/>
        <w:keepLines/>
      </w:pPr>
      <w:r>
        <w:t>Develop repeatable infrastructure-as-code, automation, configuration, tagging, deployment, testing, approval, rollback, and documentation practices.</w:t>
      </w:r>
    </w:p>
    <w:p>
      <w:pPr>
        <w:pStyle w:val="ListBullet"/>
        <w:keepLines/>
      </w:pPr>
      <w:r>
        <w:t>Monitor availability, performance, capacity, cost, security findings, quotas, certificates, backups, service health, and vendor changes and coordinate response.</w:t>
      </w:r>
    </w:p>
    <w:p>
      <w:pPr>
        <w:pStyle w:val="ListBullet"/>
        <w:keepLines/>
      </w:pPr>
      <w:r>
        <w:t>Support migrations, architecture reviews, disaster recovery, decommissioning, data disposition, and operational handoff with accountable owners.</w:t>
      </w:r>
    </w:p>
    <w:p>
      <w:pPr>
        <w:pStyle w:val="Heading2"/>
        <w:keepNext/>
      </w:pPr>
      <w:r>
        <w:t>Data Quality, Controls, and Documentation</w:t>
      </w:r>
    </w:p>
    <w:p>
      <w:pPr>
        <w:pStyle w:val="ListBullet"/>
        <w:keepLines/>
      </w:pPr>
      <w:r>
        <w:t>Maintain inventories, owners, environments, data classifications, regions, dependencies, configurations, exceptions, costs, commitments, support status, and recovery objectives.</w:t>
      </w:r>
    </w:p>
    <w:p>
      <w:pPr>
        <w:pStyle w:val="ListBullet"/>
        <w:keepLines/>
      </w:pPr>
      <w:r>
        <w:t>Apply least privilege, multifactor authentication, separation of duties, just-in-time privilege, secure service identities, key rotation, and emergency-access review.</w:t>
      </w:r>
    </w:p>
    <w:p>
      <w:pPr>
        <w:pStyle w:val="ListBullet"/>
        <w:keepLines/>
      </w:pPr>
      <w:r>
        <w:t>Test backups and recovery against documented recovery time and recovery point objectives and protect backup isolation and retention.</w:t>
      </w:r>
    </w:p>
    <w:p>
      <w:pPr>
        <w:pStyle w:val="ListBullet"/>
        <w:keepLines/>
      </w:pPr>
      <w:r>
        <w:t>Use budgets, tagging, anomaly detection, rightsizing, reservations, lifecycle policies, and chargeback or showback without weakening reliability or security.</w:t>
      </w:r>
    </w:p>
    <w:p>
      <w:pPr>
        <w:pStyle w:val="ListBullet"/>
        <w:keepLines/>
      </w:pPr>
      <w:r>
        <w:t>Protect production data in development, support, logs, snapshots, exports, and automation and verify secure deletion at retirement.</w:t>
      </w:r>
    </w:p>
    <w:p>
      <w:pPr>
        <w:pStyle w:val="Heading2"/>
        <w:keepNext/>
      </w:pPr>
      <w:r>
        <w:t>Cloud Systems Administrator-Specific Leadership and Support</w:t>
      </w:r>
    </w:p>
    <w:p>
      <w:pPr>
        <w:pStyle w:val="ListBullet"/>
        <w:keepLines/>
      </w:pPr>
      <w:r>
        <w:t>Own or support the assigned portfolio for secure and resilient cloud tenants, identity, infrastructure, platforms, automation, monitoring, backup, recovery, cost governance, and lifecycle operations,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Cloud infrastructure and platform administration, identity, security, automation, cost governance, monitoring, backup, resilience, and lifecycle management.</w:t>
      </w:r>
    </w:p>
    <w:p>
      <w:pPr>
        <w:pStyle w:val="ListBullet"/>
        <w:keepLines/>
      </w:pPr>
      <w:r>
        <w:t>Cloud tenants, identity and access, directories, virtual networks, compute, storage, databases, containers, serverless services, infrastructure as code, configuration, secrets, logging, monitoring, backup, security, cost, and service-management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infrastructure, cybersecurity, application, database, integration, data, help-desk, procurement, privacy, business owners, vendors, and cloud service providers.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Cloud Systems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